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לפני · במהלך ·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שלבי הראיון: לפני, במהלך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הכנה נכונה לראיון עבודה או ראיון למגמה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בכל שלב כדי להצליח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דקות לפני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בדף שמותר לחשוב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לשאול שאלה שהכנו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הפעולה לשלב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(במהלך)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(אחרי)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(לפני)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הצגה עצמית ודוגמאות בשיטת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להגיע 10 דקות לפני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לענות לשאלות ולהקשיב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שאלה שהכינו ולהודות על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לפני, במהלך,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מתוך רשימת הלפני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הערכה ולהשאיר רושם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הצגה עצמית קצרה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תשובת STAR אחת יחד עם הכיתה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בחלקי mc ו-match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לפני · במהלך ·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ראיון מוצלח לא קורה במקרה - יש לו שלושה שלבים חשובים: ההכנה לפני, ההתנהגות במהלך, והמעקב אחרי. בדף הזה נתרגל מה עושים בכל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  ·  שתיים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שיטה מכינים דוגמאות אמיתיות לפני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שיטת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שיטת ABC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שיטת 123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דקות לפני הזמן כדאי להגיע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בדיוק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דקות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חצי שעה לפני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לחשוב רגע לפני שעונים על שאלה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הראיון עדיף לא לשאול שום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הראיון כדאי להכין הצגה עצמית של דקה עד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כדאי להגיע __________ דקות לפני הראיון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הפעולה לשלב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לבדוק מה המקום ומה הערכים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לחייך ולברך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לפני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לשלוח הודעת תודה 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לפני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להתאמן בקול רם מול מראה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במהלך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הראיון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לענות לשאלות ולהקשיב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שאלה שהכינו ולהודות על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הצגה עצמית ודוגמאות בשיטת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להגיע 10 דקות לפני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שלבי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לדבר שעושים לפני הראיון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לפני · במהלך · אחרי הראיון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