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שלבי הראיון: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הכנה נכונה לראיון עבודה או 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כדי להצליח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אומרים בכנות ומראים איך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לשלוח הודעת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להכין גם חולשה אחת ומה עושים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שמותר לחשוב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לשאול שאלה שהכנו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 אחרי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הפעולה לשלב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(במהלך)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(לפני)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הצגה עצמית ודוגמאות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להגיע 10 דקות לפני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לענות לשאלות ולהקשיב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שהכינו ולהודות 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הודעת תודה ולרשום מתי תגיע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חוזקה ודוגמה קצרה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רשימת הלפני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הערכה ולהשאיר רושם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הצגה עצמית קצרה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תשובת STAR אחת יחד עם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mc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לפני · במהלך ·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מוצלח לא קורה במקרה - יש לו שלושה שלבים חשובים: ההכנה לפני, ההתנהגות במהלך, והמעקב אחרי. בדף הזה נתרגל מה עושים בכל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שיטה מכינים דוגמאות אמיתיות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שיטת ABC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שיטת 123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XYZ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חוזקות מומלץ להכין לפני הראיון,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יודעים לענות על שאלה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שותקים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אומרים בכנות ומראים איך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דקות לפני הזמן כדאי להגיע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לאחר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אחרי הראיון באותו יום או למחרת?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לשלוח הודעת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להתקשר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לעשות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כדאי להכין רק חוזקות ולא לדבר בכלל על 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לחשוב רגע לפני שעונים על שאלה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עדיף לא לשאול שום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אם התשובה מהראיון שלילית, אפשר לבקש משוב וללמוד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כדאי להכין הצגה עצמית של דקה עד __________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בשיטת __________ מתארים מצב, משימה, פעולה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להגיע __________ דקות לפני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הראיון חשוב ל__________ לשאלה עד הסוף לפני שעונים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הפעולה לשלב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לבדוק מה המקום ומה הערכים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לחייך ולברך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לשלוח הודעת תודה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להתאמן בקול רם מול מראה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לרשום מתי אמורה להגיע 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במהלך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הודעת תודה ולרשום מתי תגיע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לשאלות ולהקשיב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להגיע 10 דקות לפני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הצגה עצמית ודוגמאות בשיטת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שאלה שהכינו ולהודות על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לחוזקה שלכם, עם דוגמה קצרה שממחישה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שלבי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שעושים לפני הראיון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הודעת תודה אחרי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לפני · במהלך ·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